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עולם הלשון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זכר ונקבה, יחיד ורבים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חנ״מ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לזהות זכר ונקבה בשמות עצם ובפעלים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לזהות יחיד ורבים בשמות עצם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להפוך מילים מיחיד לרבים וממין למין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גרסת חנ״מ – פחות פריטים, עד 3 אפשרויות בחירה, בנק מילים, גופן מוגדל ושורות כתיבה רחבות. מומלץ להקריא את ההוראות בקול ולעבוד חלק אחר חלק, בלי הגבלת זמן.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זיהוי מין ומספר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ג – נקבה רבים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א – זכר יחיד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ג – נקבה רבים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נכון – הסיומת ים- מציינת זכר רבים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נכון – הסיומת ות- מציינת נקבה רבים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מיחיד לרבים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ילדים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ילדות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ספרים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ערים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התאמה בין מילה למין ומספר שלה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ב (נקבה רבים)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א (זכר יחיד)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ד (נקבה רבים)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ג (זכר רבים)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התאמה במשפט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 – משחקת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ג – משחקים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כתיבה יצירתית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בודקים שבכל משפט יש התאמה נכונה במין ובמספר בין שם העצם לפועל, ושלושת המשפטים שונים כנדרש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יחיד - דבר אחד, רבים - יותר מאחד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דוגמה תקינה כמו ילד-ילדה או מורה-מורה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זיהוי סיומות רבים כמו ים- או ות-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להדגים על הלוח מילים נוספות מהסביבה הכיתתית ולבקש מהתלמידים לסווג אותן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כדאי להדגיש את יוצאי הדופן (כמו שולחן-זכר, עיר-נקבה) בנפרד לאחר התרגול הבסיסי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ניתן לחלק לזוגות לתרגול ההתאמה במשפט בעל פה לפני הכתיבה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עולם הלשון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זכר ונקבה, יחיד ורבים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חנ״מ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32"/>
          <w:rtl/>
          <w:szCs w:val="32"/>
        </w:rPr>
        <w:t>בעברית לכל שם עצם יש מין (זכר או נקבה) ומספר (יחיד או רבים). בדף הזה נתרגל לזהות ולהפוך מילים לפי הכללים.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2"/>
          <w:rtl/>
          <w:szCs w:val="32"/>
          <w:bCs/>
        </w:rPr>
        <w:t>🧺 בנק מילים: ערים  ·  ילדות  ·  ספרים  ·  ילדים</w:t>
      </w: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36"/>
          <w:rtl/>
          <w:szCs w:val="36"/>
          <w:bCs/>
        </w:rPr>
        <w:t>1  חלק א׳ – זיהוי מין ומספר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המילה "ילדות" היא: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זכר יחיד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נקבה יחיד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נקבה רבים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2. המילה "שולחן" היא: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זכר יחיד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נקבה יחיד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זכר רבים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3. המילה "מורות" היא: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זכר יחיד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נקבה יחיד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נקבה רבים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36"/>
          <w:rtl/>
          <w:szCs w:val="36"/>
          <w:bCs/>
        </w:rPr>
        <w:t>2  חלק ב׳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המילה "ספרים" היא זכר רבים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המילה "בנות" היא נקבה רבים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36"/>
          <w:rtl/>
          <w:szCs w:val="36"/>
          <w:bCs/>
        </w:rPr>
        <w:t>3  חלק ג׳ – מיחיד לרבים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1. ילד -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2. ילדה -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3. ספר -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4. עיר - 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36"/>
          <w:rtl/>
          <w:szCs w:val="36"/>
          <w:bCs/>
        </w:rPr>
        <w:t>4  חלק ד׳ – התאמה בין מילה למין ומספר שלה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1. כלבות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א. זכר יחיד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2. תלמיד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ב. נקבה רבים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3. אחיות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ג. זכר רבים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4. ספרים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ד. נקבה רבים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36"/>
          <w:rtl/>
          <w:szCs w:val="36"/>
          <w:bCs/>
        </w:rPr>
        <w:t>5  חלק ה׳ – התאמה במשפט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הילדה ___ בגינה (המילה המתאימה)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משחק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משחקת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משחקים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2. הילדים ___ כדורגל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משחק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משחקת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משחקים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36"/>
          <w:rtl/>
          <w:szCs w:val="36"/>
          <w:bCs/>
        </w:rPr>
        <w:t>6  חלק ו׳ – כתיבה יצירתית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כתבו תשובה מלאה במשפטים שלמים.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כתבו שלושה משפטים: משפט אחד על ילד אחד (זכר יחיד), משפט אחד על ילדה אחת (נקבה יחיד), ומשפט אחד על קבוצת ילדים (רבים). הקפידו על התאמה נכונה בין שם העצם לפועל.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36"/>
          <w:rtl/>
          <w:szCs w:val="36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מה ההבדל בין יחיד לרבים?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תנו דוגמה למילה בזכר ולאותה מילה בנקבה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32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זכר ונקבה, יחיד ורבים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